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28F4" w14:textId="77777777" w:rsidR="00625CC9" w:rsidRDefault="00000000">
      <w:pPr>
        <w:jc w:val="center"/>
      </w:pPr>
      <w:r>
        <w:rPr>
          <w:b/>
          <w:color w:val="16833A"/>
          <w:sz w:val="44"/>
        </w:rPr>
        <w:t>PRO SPORTS ELITE</w:t>
      </w:r>
    </w:p>
    <w:p w14:paraId="6CEFE6A3" w14:textId="77777777" w:rsidR="00625CC9" w:rsidRDefault="00000000">
      <w:pPr>
        <w:jc w:val="center"/>
      </w:pPr>
      <w:r>
        <w:rPr>
          <w:b/>
          <w:sz w:val="34"/>
        </w:rPr>
        <w:t>HOW TO REPORT A SAFEGUARDING CONCERN</w:t>
      </w:r>
    </w:p>
    <w:p w14:paraId="4A6FFECA" w14:textId="77777777" w:rsidR="00625CC9" w:rsidRDefault="00000000">
      <w:pPr>
        <w:jc w:val="center"/>
      </w:pPr>
      <w:r>
        <w:rPr>
          <w:sz w:val="18"/>
        </w:rPr>
        <w:t>Safeguarding &amp; Child Protection Guidance | Version 1.0 | September 2026</w:t>
      </w:r>
    </w:p>
    <w:p w14:paraId="458E63B9" w14:textId="77777777" w:rsidR="00625CC9" w:rsidRDefault="00000000">
      <w:r>
        <w:rPr>
          <w:b/>
        </w:rPr>
        <w:t xml:space="preserve">IMPORTANT: </w:t>
      </w:r>
      <w:r>
        <w:t>If a child or young person is in immediate danger, call 999. Do not wait for a PSE response.</w:t>
      </w:r>
    </w:p>
    <w:p w14:paraId="02948FF8" w14:textId="77777777" w:rsidR="00625CC9" w:rsidRDefault="00000000">
      <w:r>
        <w:rPr>
          <w:b/>
          <w:color w:val="16833A"/>
          <w:sz w:val="26"/>
        </w:rPr>
        <w:t>1. When should you report a concern?</w:t>
      </w:r>
    </w:p>
    <w:p w14:paraId="1863D5D1" w14:textId="77777777" w:rsidR="00625CC9" w:rsidRDefault="00000000">
      <w:r>
        <w:t>Report a safeguarding concern if you are worried about the safety, welfare or wellbeing of a child or young person involved with Pro Sports Elite. This may include suspected abuse or neglect, inappropriate behaviour by an adult, bullying, online concerns, a child going missing, an unexplained injury, or anything that makes you concerned that a child may be at risk of harm.</w:t>
      </w:r>
    </w:p>
    <w:p w14:paraId="490E79A9" w14:textId="77777777" w:rsidR="00625CC9" w:rsidRDefault="00000000">
      <w:r>
        <w:rPr>
          <w:b/>
        </w:rPr>
        <w:t>You do not need to be certain that abuse has occurred before reporting a concern.</w:t>
      </w:r>
    </w:p>
    <w:p w14:paraId="4B5E24DB" w14:textId="77777777" w:rsidR="00625CC9" w:rsidRDefault="00000000">
      <w:r>
        <w:rPr>
          <w:b/>
          <w:color w:val="16833A"/>
          <w:sz w:val="26"/>
        </w:rPr>
        <w:t>2. How to report to Pro Sports Elite</w:t>
      </w:r>
    </w:p>
    <w:tbl>
      <w:tblPr>
        <w:tblStyle w:val="TableGrid"/>
        <w:tblW w:w="0" w:type="auto"/>
        <w:jc w:val="center"/>
        <w:tblLook w:val="04A0" w:firstRow="1" w:lastRow="0" w:firstColumn="1" w:lastColumn="0" w:noHBand="0" w:noVBand="1"/>
      </w:tblPr>
      <w:tblGrid>
        <w:gridCol w:w="5184"/>
        <w:gridCol w:w="5184"/>
      </w:tblGrid>
      <w:tr w:rsidR="00625CC9" w14:paraId="54A5BDDE" w14:textId="77777777">
        <w:trPr>
          <w:jc w:val="center"/>
        </w:trPr>
        <w:tc>
          <w:tcPr>
            <w:tcW w:w="5184" w:type="dxa"/>
          </w:tcPr>
          <w:p w14:paraId="75B8C4F0" w14:textId="77777777" w:rsidR="00625CC9" w:rsidRDefault="00000000">
            <w:r>
              <w:rPr>
                <w:b/>
              </w:rPr>
              <w:t>Designated Safeguarding Lead / Welfare Officer</w:t>
            </w:r>
          </w:p>
        </w:tc>
        <w:tc>
          <w:tcPr>
            <w:tcW w:w="5184" w:type="dxa"/>
          </w:tcPr>
          <w:p w14:paraId="4C683428" w14:textId="77777777" w:rsidR="00625CC9" w:rsidRDefault="00000000">
            <w:r>
              <w:t>Jaie Nuttall</w:t>
            </w:r>
          </w:p>
        </w:tc>
      </w:tr>
      <w:tr w:rsidR="00625CC9" w14:paraId="70D76595" w14:textId="77777777">
        <w:trPr>
          <w:jc w:val="center"/>
        </w:trPr>
        <w:tc>
          <w:tcPr>
            <w:tcW w:w="5184" w:type="dxa"/>
          </w:tcPr>
          <w:p w14:paraId="7571D798" w14:textId="77777777" w:rsidR="00625CC9" w:rsidRDefault="00000000">
            <w:r>
              <w:rPr>
                <w:b/>
              </w:rPr>
              <w:t>Email</w:t>
            </w:r>
          </w:p>
        </w:tc>
        <w:tc>
          <w:tcPr>
            <w:tcW w:w="5184" w:type="dxa"/>
          </w:tcPr>
          <w:p w14:paraId="2B68DC47" w14:textId="77777777" w:rsidR="00625CC9" w:rsidRDefault="00000000">
            <w:r>
              <w:t>prosportseliteltd@gmail.com</w:t>
            </w:r>
          </w:p>
        </w:tc>
      </w:tr>
      <w:tr w:rsidR="00625CC9" w14:paraId="4B55F0D0" w14:textId="77777777">
        <w:trPr>
          <w:jc w:val="center"/>
        </w:trPr>
        <w:tc>
          <w:tcPr>
            <w:tcW w:w="5184" w:type="dxa"/>
          </w:tcPr>
          <w:p w14:paraId="12610483" w14:textId="77777777" w:rsidR="00625CC9" w:rsidRDefault="00000000">
            <w:r>
              <w:rPr>
                <w:b/>
              </w:rPr>
              <w:t>Telephone</w:t>
            </w:r>
          </w:p>
        </w:tc>
        <w:tc>
          <w:tcPr>
            <w:tcW w:w="5184" w:type="dxa"/>
          </w:tcPr>
          <w:p w14:paraId="2EF6C0FA" w14:textId="77777777" w:rsidR="00625CC9" w:rsidRDefault="00000000">
            <w:r>
              <w:t>07517 397322</w:t>
            </w:r>
          </w:p>
        </w:tc>
      </w:tr>
    </w:tbl>
    <w:p w14:paraId="3B044C08" w14:textId="77777777" w:rsidR="00625CC9" w:rsidRDefault="00000000">
      <w:r>
        <w:t>Where possible, report the concern as soon as possible and provide the facts you know. If reporting in person, ask to speak privately with the Designated Safeguarding Lead / Welfare Officer.</w:t>
      </w:r>
    </w:p>
    <w:p w14:paraId="2EE59B09" w14:textId="77777777" w:rsidR="00625CC9" w:rsidRDefault="00000000">
      <w:r>
        <w:rPr>
          <w:b/>
          <w:color w:val="16833A"/>
          <w:sz w:val="26"/>
        </w:rPr>
        <w:t>3. If a child tells you something concerning</w:t>
      </w:r>
    </w:p>
    <w:p w14:paraId="397970BA" w14:textId="77777777" w:rsidR="00625CC9" w:rsidRDefault="00000000">
      <w:r>
        <w:t>Stay calm and listen.</w:t>
      </w:r>
    </w:p>
    <w:p w14:paraId="02E65BDA" w14:textId="77777777" w:rsidR="00625CC9" w:rsidRDefault="00000000">
      <w:r>
        <w:t>Take the child seriously.</w:t>
      </w:r>
    </w:p>
    <w:p w14:paraId="5A5E6A39" w14:textId="77777777" w:rsidR="00625CC9" w:rsidRDefault="00000000">
      <w:r>
        <w:t>Allow them to speak in their own words.</w:t>
      </w:r>
    </w:p>
    <w:p w14:paraId="731DF71B" w14:textId="77777777" w:rsidR="00625CC9" w:rsidRDefault="00000000">
      <w:r>
        <w:t>Do not promise to keep the information secret. Explain that you may need to share it with people who can help keep them safe.</w:t>
      </w:r>
    </w:p>
    <w:p w14:paraId="5F9DB4F4" w14:textId="77777777" w:rsidR="00625CC9" w:rsidRDefault="00000000">
      <w:r>
        <w:t>Do not investigate the allegation yourself or ask leading questions.</w:t>
      </w:r>
    </w:p>
    <w:p w14:paraId="4033CEEE" w14:textId="77777777" w:rsidR="00625CC9" w:rsidRDefault="00000000">
      <w:r>
        <w:t>Record what was said as accurately as possible, including the child’s own words where you can.</w:t>
      </w:r>
    </w:p>
    <w:p w14:paraId="1E965595" w14:textId="77777777" w:rsidR="00625CC9" w:rsidRDefault="00000000">
      <w:r>
        <w:t>Report the concern promptly using the contacts above.</w:t>
      </w:r>
    </w:p>
    <w:p w14:paraId="085DF5CC" w14:textId="77777777" w:rsidR="00625CC9" w:rsidRDefault="00000000">
      <w:r>
        <w:rPr>
          <w:b/>
          <w:color w:val="16833A"/>
          <w:sz w:val="26"/>
        </w:rPr>
        <w:t>4. If the concern involves a PSE coach, volunteer or another adult</w:t>
      </w:r>
    </w:p>
    <w:p w14:paraId="17AB3D39" w14:textId="77777777" w:rsidR="00625CC9" w:rsidRDefault="00000000">
      <w:r>
        <w:t>Report the concern promptly to the Designated Safeguarding Lead / Welfare Officer. Do not confront the person about the allegation or attempt to investigate it yourself. If the concern is about the Designated Safeguarding Lead / Welfare Officer, report it to the appropriate external safeguarding authority or The FA instead.</w:t>
      </w:r>
    </w:p>
    <w:p w14:paraId="1F586A55" w14:textId="77777777" w:rsidR="00625CC9" w:rsidRDefault="00000000">
      <w:r>
        <w:rPr>
          <w:b/>
          <w:color w:val="16833A"/>
          <w:sz w:val="26"/>
        </w:rPr>
        <w:t>5. External safeguarding routes</w:t>
      </w:r>
    </w:p>
    <w:tbl>
      <w:tblPr>
        <w:tblStyle w:val="TableGrid"/>
        <w:tblW w:w="0" w:type="auto"/>
        <w:tblLook w:val="04A0" w:firstRow="1" w:lastRow="0" w:firstColumn="1" w:lastColumn="0" w:noHBand="0" w:noVBand="1"/>
      </w:tblPr>
      <w:tblGrid>
        <w:gridCol w:w="5184"/>
        <w:gridCol w:w="5184"/>
      </w:tblGrid>
      <w:tr w:rsidR="00625CC9" w14:paraId="4DC62009" w14:textId="77777777">
        <w:tc>
          <w:tcPr>
            <w:tcW w:w="5184" w:type="dxa"/>
          </w:tcPr>
          <w:p w14:paraId="1DF40251" w14:textId="77777777" w:rsidR="00625CC9" w:rsidRDefault="00000000">
            <w:r>
              <w:rPr>
                <w:b/>
              </w:rPr>
              <w:t>Emergency</w:t>
            </w:r>
          </w:p>
        </w:tc>
        <w:tc>
          <w:tcPr>
            <w:tcW w:w="5184" w:type="dxa"/>
          </w:tcPr>
          <w:p w14:paraId="3509A32F" w14:textId="77777777" w:rsidR="00625CC9" w:rsidRDefault="00000000">
            <w:r>
              <w:t>999 if a child is in immediate danger or a crime is in progress.</w:t>
            </w:r>
          </w:p>
        </w:tc>
      </w:tr>
      <w:tr w:rsidR="00625CC9" w14:paraId="501DD252" w14:textId="77777777">
        <w:tc>
          <w:tcPr>
            <w:tcW w:w="5184" w:type="dxa"/>
          </w:tcPr>
          <w:p w14:paraId="44C7CA91" w14:textId="77777777" w:rsidR="00625CC9" w:rsidRDefault="00000000">
            <w:r>
              <w:rPr>
                <w:b/>
              </w:rPr>
              <w:t>Bexley Children’s Services MASH</w:t>
            </w:r>
          </w:p>
        </w:tc>
        <w:tc>
          <w:tcPr>
            <w:tcW w:w="5184" w:type="dxa"/>
          </w:tcPr>
          <w:p w14:paraId="3FB2F996" w14:textId="77777777" w:rsidR="00625CC9" w:rsidRDefault="00000000">
            <w:r>
              <w:t>020 3045 5440 (Mon–Fri, 9am–5pm). Out of hours: 020 8303 7777 or 020 8303 7171.</w:t>
            </w:r>
          </w:p>
        </w:tc>
      </w:tr>
      <w:tr w:rsidR="00625CC9" w14:paraId="24E12A98" w14:textId="77777777">
        <w:tc>
          <w:tcPr>
            <w:tcW w:w="5184" w:type="dxa"/>
          </w:tcPr>
          <w:p w14:paraId="231A8409" w14:textId="77777777" w:rsidR="00625CC9" w:rsidRDefault="00000000">
            <w:r>
              <w:rPr>
                <w:b/>
              </w:rPr>
              <w:t>Bexley MASH email</w:t>
            </w:r>
          </w:p>
        </w:tc>
        <w:tc>
          <w:tcPr>
            <w:tcW w:w="5184" w:type="dxa"/>
          </w:tcPr>
          <w:p w14:paraId="4B48047E" w14:textId="77777777" w:rsidR="00625CC9" w:rsidRDefault="00000000">
            <w:r>
              <w:t>Childrenssocialcare.admin@bexley.gov.uk</w:t>
            </w:r>
          </w:p>
        </w:tc>
      </w:tr>
      <w:tr w:rsidR="00625CC9" w14:paraId="3933D415" w14:textId="77777777">
        <w:tc>
          <w:tcPr>
            <w:tcW w:w="5184" w:type="dxa"/>
          </w:tcPr>
          <w:p w14:paraId="6D2BD45F" w14:textId="77777777" w:rsidR="00625CC9" w:rsidRDefault="00000000">
            <w:r>
              <w:rPr>
                <w:b/>
              </w:rPr>
              <w:t>The FA Safeguarding</w:t>
            </w:r>
          </w:p>
        </w:tc>
        <w:tc>
          <w:tcPr>
            <w:tcW w:w="5184" w:type="dxa"/>
          </w:tcPr>
          <w:p w14:paraId="457F2178" w14:textId="77777777" w:rsidR="00625CC9" w:rsidRDefault="00000000">
            <w:r>
              <w:t>0800 169 1863 | safeguarding@thefa.com</w:t>
            </w:r>
          </w:p>
        </w:tc>
      </w:tr>
      <w:tr w:rsidR="00625CC9" w14:paraId="5EA2F43A" w14:textId="77777777">
        <w:tc>
          <w:tcPr>
            <w:tcW w:w="5184" w:type="dxa"/>
          </w:tcPr>
          <w:p w14:paraId="145BFB27" w14:textId="77777777" w:rsidR="00625CC9" w:rsidRDefault="00000000">
            <w:r>
              <w:rPr>
                <w:b/>
              </w:rPr>
              <w:lastRenderedPageBreak/>
              <w:t>NSPCC Helpline</w:t>
            </w:r>
          </w:p>
        </w:tc>
        <w:tc>
          <w:tcPr>
            <w:tcW w:w="5184" w:type="dxa"/>
          </w:tcPr>
          <w:p w14:paraId="27BED29F" w14:textId="77777777" w:rsidR="00625CC9" w:rsidRDefault="00000000">
            <w:r>
              <w:t>0808 800 5000 | help@nspcc.org.uk</w:t>
            </w:r>
          </w:p>
        </w:tc>
      </w:tr>
    </w:tbl>
    <w:p w14:paraId="2C804670" w14:textId="77777777" w:rsidR="00625CC9" w:rsidRDefault="00000000">
      <w:r>
        <w:t>For County FA safeguarding contacts, use The FA’s current County FA safeguarding contact directory rather than relying on an old local contact number.</w:t>
      </w:r>
    </w:p>
    <w:p w14:paraId="501B09B5" w14:textId="77777777" w:rsidR="00625CC9" w:rsidRDefault="00000000">
      <w:r>
        <w:rPr>
          <w:b/>
          <w:color w:val="16833A"/>
          <w:sz w:val="26"/>
        </w:rPr>
        <w:t>6. What information should you provide?</w:t>
      </w:r>
    </w:p>
    <w:p w14:paraId="3850487C" w14:textId="77777777" w:rsidR="00625CC9" w:rsidRDefault="00000000">
      <w:r>
        <w:t>Where known, include: the child’s name and age; what happened or what you are worried about; when and where it happened; who was involved; any immediate risk; what the child said (using their own words where possible); witnesses; and any action already taken. If you do not know all the information, report the concern anyway.</w:t>
      </w:r>
    </w:p>
    <w:p w14:paraId="7AF98DD1" w14:textId="77777777" w:rsidR="00625CC9" w:rsidRDefault="00000000">
      <w:r>
        <w:rPr>
          <w:b/>
          <w:color w:val="16833A"/>
          <w:sz w:val="26"/>
        </w:rPr>
        <w:t>7. Confidentiality and records</w:t>
      </w:r>
    </w:p>
    <w:p w14:paraId="52C283C9" w14:textId="77777777" w:rsidR="00625CC9" w:rsidRDefault="00000000">
      <w:r>
        <w:t>Safeguarding information should only be shared with people who need it to protect the child or respond to the concern. Keep records factual, accurate, dated and secure. Do not post safeguarding information on social media or discuss it with other parents, players or coaches who do not need to know.</w:t>
      </w:r>
    </w:p>
    <w:p w14:paraId="0B468F6A" w14:textId="77777777" w:rsidR="00625CC9" w:rsidRDefault="00000000">
      <w:r>
        <w:rPr>
          <w:b/>
          <w:color w:val="16833A"/>
          <w:sz w:val="26"/>
        </w:rPr>
        <w:t>8. Safeguarding Concern Reporting Form</w:t>
      </w:r>
    </w:p>
    <w:tbl>
      <w:tblPr>
        <w:tblStyle w:val="TableGrid"/>
        <w:tblW w:w="0" w:type="auto"/>
        <w:tblLook w:val="04A0" w:firstRow="1" w:lastRow="0" w:firstColumn="1" w:lastColumn="0" w:noHBand="0" w:noVBand="1"/>
      </w:tblPr>
      <w:tblGrid>
        <w:gridCol w:w="3694"/>
        <w:gridCol w:w="6890"/>
      </w:tblGrid>
      <w:tr w:rsidR="00625CC9" w14:paraId="7D7C09AD" w14:textId="77777777">
        <w:tc>
          <w:tcPr>
            <w:tcW w:w="5184" w:type="dxa"/>
          </w:tcPr>
          <w:p w14:paraId="2CF87D5F" w14:textId="77777777" w:rsidR="00625CC9" w:rsidRDefault="00000000">
            <w:r>
              <w:rPr>
                <w:b/>
              </w:rPr>
              <w:t>Date of report</w:t>
            </w:r>
          </w:p>
        </w:tc>
        <w:tc>
          <w:tcPr>
            <w:tcW w:w="5184" w:type="dxa"/>
          </w:tcPr>
          <w:p w14:paraId="53EE7143" w14:textId="77777777" w:rsidR="00625CC9" w:rsidRDefault="00000000">
            <w:r>
              <w:t>____________________________________________________________</w:t>
            </w:r>
          </w:p>
        </w:tc>
      </w:tr>
      <w:tr w:rsidR="00625CC9" w14:paraId="456C33AD" w14:textId="77777777">
        <w:tc>
          <w:tcPr>
            <w:tcW w:w="5184" w:type="dxa"/>
          </w:tcPr>
          <w:p w14:paraId="1A8C3919" w14:textId="77777777" w:rsidR="00625CC9" w:rsidRDefault="00000000">
            <w:r>
              <w:rPr>
                <w:b/>
              </w:rPr>
              <w:t>Time of report</w:t>
            </w:r>
          </w:p>
        </w:tc>
        <w:tc>
          <w:tcPr>
            <w:tcW w:w="5184" w:type="dxa"/>
          </w:tcPr>
          <w:p w14:paraId="10772251" w14:textId="77777777" w:rsidR="00625CC9" w:rsidRDefault="00000000">
            <w:r>
              <w:t>____________________________________________________________</w:t>
            </w:r>
          </w:p>
        </w:tc>
      </w:tr>
      <w:tr w:rsidR="00625CC9" w14:paraId="53EB3F9D" w14:textId="77777777">
        <w:tc>
          <w:tcPr>
            <w:tcW w:w="5184" w:type="dxa"/>
          </w:tcPr>
          <w:p w14:paraId="63073ACE" w14:textId="77777777" w:rsidR="00625CC9" w:rsidRDefault="00000000">
            <w:r>
              <w:rPr>
                <w:b/>
              </w:rPr>
              <w:t>Your name</w:t>
            </w:r>
          </w:p>
        </w:tc>
        <w:tc>
          <w:tcPr>
            <w:tcW w:w="5184" w:type="dxa"/>
          </w:tcPr>
          <w:p w14:paraId="2767CB34" w14:textId="77777777" w:rsidR="00625CC9" w:rsidRDefault="00000000">
            <w:r>
              <w:t>____________________________________________________________</w:t>
            </w:r>
          </w:p>
        </w:tc>
      </w:tr>
      <w:tr w:rsidR="00625CC9" w14:paraId="21224486" w14:textId="77777777">
        <w:tc>
          <w:tcPr>
            <w:tcW w:w="5184" w:type="dxa"/>
          </w:tcPr>
          <w:p w14:paraId="02F44CF2" w14:textId="77777777" w:rsidR="00625CC9" w:rsidRDefault="00000000">
            <w:r>
              <w:rPr>
                <w:b/>
              </w:rPr>
              <w:t>Your contact details</w:t>
            </w:r>
          </w:p>
        </w:tc>
        <w:tc>
          <w:tcPr>
            <w:tcW w:w="5184" w:type="dxa"/>
          </w:tcPr>
          <w:p w14:paraId="71388A65" w14:textId="77777777" w:rsidR="00625CC9" w:rsidRDefault="00000000">
            <w:r>
              <w:t>____________________________________________________________</w:t>
            </w:r>
          </w:p>
        </w:tc>
      </w:tr>
      <w:tr w:rsidR="00625CC9" w14:paraId="06177D9B" w14:textId="77777777">
        <w:tc>
          <w:tcPr>
            <w:tcW w:w="5184" w:type="dxa"/>
          </w:tcPr>
          <w:p w14:paraId="3AAB8E70" w14:textId="77777777" w:rsidR="00625CC9" w:rsidRDefault="00000000">
            <w:r>
              <w:rPr>
                <w:b/>
              </w:rPr>
              <w:t>Child/young person’s name</w:t>
            </w:r>
          </w:p>
        </w:tc>
        <w:tc>
          <w:tcPr>
            <w:tcW w:w="5184" w:type="dxa"/>
          </w:tcPr>
          <w:p w14:paraId="62843CA5" w14:textId="77777777" w:rsidR="00625CC9" w:rsidRDefault="00000000">
            <w:r>
              <w:t>____________________________________________________________</w:t>
            </w:r>
          </w:p>
        </w:tc>
      </w:tr>
      <w:tr w:rsidR="00625CC9" w14:paraId="29F30B36" w14:textId="77777777">
        <w:tc>
          <w:tcPr>
            <w:tcW w:w="5184" w:type="dxa"/>
          </w:tcPr>
          <w:p w14:paraId="4E3A59DB" w14:textId="77777777" w:rsidR="00625CC9" w:rsidRDefault="00000000">
            <w:r>
              <w:rPr>
                <w:b/>
              </w:rPr>
              <w:t>Child/young person’s age/DOB</w:t>
            </w:r>
          </w:p>
        </w:tc>
        <w:tc>
          <w:tcPr>
            <w:tcW w:w="5184" w:type="dxa"/>
          </w:tcPr>
          <w:p w14:paraId="2F960964" w14:textId="77777777" w:rsidR="00625CC9" w:rsidRDefault="00000000">
            <w:r>
              <w:t>____________________________________________________________</w:t>
            </w:r>
          </w:p>
        </w:tc>
      </w:tr>
      <w:tr w:rsidR="00625CC9" w14:paraId="3F18A040" w14:textId="77777777">
        <w:tc>
          <w:tcPr>
            <w:tcW w:w="5184" w:type="dxa"/>
          </w:tcPr>
          <w:p w14:paraId="6C01CDD6" w14:textId="77777777" w:rsidR="00625CC9" w:rsidRDefault="00000000">
            <w:r>
              <w:rPr>
                <w:b/>
              </w:rPr>
              <w:t>Date/time of concern</w:t>
            </w:r>
          </w:p>
        </w:tc>
        <w:tc>
          <w:tcPr>
            <w:tcW w:w="5184" w:type="dxa"/>
          </w:tcPr>
          <w:p w14:paraId="1C4285ED" w14:textId="77777777" w:rsidR="00625CC9" w:rsidRDefault="00000000">
            <w:r>
              <w:t>____________________________________________________________</w:t>
            </w:r>
          </w:p>
        </w:tc>
      </w:tr>
      <w:tr w:rsidR="00625CC9" w14:paraId="43B6BE8C" w14:textId="77777777">
        <w:tc>
          <w:tcPr>
            <w:tcW w:w="5184" w:type="dxa"/>
          </w:tcPr>
          <w:p w14:paraId="2EC89835" w14:textId="77777777" w:rsidR="00625CC9" w:rsidRDefault="00000000">
            <w:r>
              <w:rPr>
                <w:b/>
              </w:rPr>
              <w:t>Location</w:t>
            </w:r>
          </w:p>
        </w:tc>
        <w:tc>
          <w:tcPr>
            <w:tcW w:w="5184" w:type="dxa"/>
          </w:tcPr>
          <w:p w14:paraId="608404BD" w14:textId="77777777" w:rsidR="00625CC9" w:rsidRDefault="00000000">
            <w:r>
              <w:t>____________________________________________________________</w:t>
            </w:r>
          </w:p>
        </w:tc>
      </w:tr>
      <w:tr w:rsidR="00625CC9" w14:paraId="4A2BFF69" w14:textId="77777777">
        <w:tc>
          <w:tcPr>
            <w:tcW w:w="5184" w:type="dxa"/>
          </w:tcPr>
          <w:p w14:paraId="54B8CC50" w14:textId="77777777" w:rsidR="00625CC9" w:rsidRDefault="00000000">
            <w:r>
              <w:rPr>
                <w:b/>
              </w:rPr>
              <w:t>Who was involved?</w:t>
            </w:r>
          </w:p>
        </w:tc>
        <w:tc>
          <w:tcPr>
            <w:tcW w:w="5184" w:type="dxa"/>
          </w:tcPr>
          <w:p w14:paraId="5082EF87" w14:textId="77777777" w:rsidR="00625CC9" w:rsidRDefault="00000000">
            <w:r>
              <w:t>____________________________________________________________</w:t>
            </w:r>
          </w:p>
        </w:tc>
      </w:tr>
      <w:tr w:rsidR="00625CC9" w14:paraId="5911B2AF" w14:textId="77777777">
        <w:tc>
          <w:tcPr>
            <w:tcW w:w="5184" w:type="dxa"/>
          </w:tcPr>
          <w:p w14:paraId="14F2322B" w14:textId="77777777" w:rsidR="00625CC9" w:rsidRDefault="00000000">
            <w:r>
              <w:rPr>
                <w:b/>
              </w:rPr>
              <w:t>What are you concerned about?</w:t>
            </w:r>
          </w:p>
        </w:tc>
        <w:tc>
          <w:tcPr>
            <w:tcW w:w="5184" w:type="dxa"/>
          </w:tcPr>
          <w:p w14:paraId="2A7B58FD" w14:textId="77777777" w:rsidR="00625CC9" w:rsidRDefault="00000000">
            <w:r>
              <w:t>____________________________________________________________</w:t>
            </w:r>
          </w:p>
        </w:tc>
      </w:tr>
      <w:tr w:rsidR="00625CC9" w14:paraId="1E61FDD1" w14:textId="77777777">
        <w:tc>
          <w:tcPr>
            <w:tcW w:w="5184" w:type="dxa"/>
          </w:tcPr>
          <w:p w14:paraId="1700B613" w14:textId="77777777" w:rsidR="00625CC9" w:rsidRDefault="00000000">
            <w:r>
              <w:rPr>
                <w:b/>
              </w:rPr>
              <w:t>What did the child say/do?</w:t>
            </w:r>
          </w:p>
        </w:tc>
        <w:tc>
          <w:tcPr>
            <w:tcW w:w="5184" w:type="dxa"/>
          </w:tcPr>
          <w:p w14:paraId="1155A9DB" w14:textId="77777777" w:rsidR="00625CC9" w:rsidRDefault="00000000">
            <w:r>
              <w:t>____________________________________________________________</w:t>
            </w:r>
          </w:p>
        </w:tc>
      </w:tr>
      <w:tr w:rsidR="00625CC9" w14:paraId="250B8B4F" w14:textId="77777777">
        <w:tc>
          <w:tcPr>
            <w:tcW w:w="5184" w:type="dxa"/>
          </w:tcPr>
          <w:p w14:paraId="30530ACD" w14:textId="77777777" w:rsidR="00625CC9" w:rsidRDefault="00000000">
            <w:r>
              <w:rPr>
                <w:b/>
              </w:rPr>
              <w:t>Immediate risk? YES / NO — Details</w:t>
            </w:r>
          </w:p>
        </w:tc>
        <w:tc>
          <w:tcPr>
            <w:tcW w:w="5184" w:type="dxa"/>
          </w:tcPr>
          <w:p w14:paraId="7CD22612" w14:textId="77777777" w:rsidR="00625CC9" w:rsidRDefault="00000000">
            <w:r>
              <w:t>____________________________________________________________</w:t>
            </w:r>
          </w:p>
        </w:tc>
      </w:tr>
      <w:tr w:rsidR="00625CC9" w14:paraId="619D5BE6" w14:textId="77777777">
        <w:tc>
          <w:tcPr>
            <w:tcW w:w="5184" w:type="dxa"/>
          </w:tcPr>
          <w:p w14:paraId="46EC1876" w14:textId="77777777" w:rsidR="00625CC9" w:rsidRDefault="00000000">
            <w:r>
              <w:rPr>
                <w:b/>
              </w:rPr>
              <w:t>Action already taken</w:t>
            </w:r>
          </w:p>
        </w:tc>
        <w:tc>
          <w:tcPr>
            <w:tcW w:w="5184" w:type="dxa"/>
          </w:tcPr>
          <w:p w14:paraId="6A733AA2" w14:textId="77777777" w:rsidR="00625CC9" w:rsidRDefault="00000000">
            <w:r>
              <w:t>____________________________________________________________</w:t>
            </w:r>
          </w:p>
        </w:tc>
      </w:tr>
      <w:tr w:rsidR="00625CC9" w14:paraId="37B0D0A8" w14:textId="77777777">
        <w:tc>
          <w:tcPr>
            <w:tcW w:w="5184" w:type="dxa"/>
          </w:tcPr>
          <w:p w14:paraId="6CDB7AD7" w14:textId="77777777" w:rsidR="00625CC9" w:rsidRDefault="00000000">
            <w:r>
              <w:rPr>
                <w:b/>
              </w:rPr>
              <w:t>Who has been informed?</w:t>
            </w:r>
          </w:p>
        </w:tc>
        <w:tc>
          <w:tcPr>
            <w:tcW w:w="5184" w:type="dxa"/>
          </w:tcPr>
          <w:p w14:paraId="3B0486B6" w14:textId="77777777" w:rsidR="00625CC9" w:rsidRDefault="00000000">
            <w:r>
              <w:t>____________________________________________________________</w:t>
            </w:r>
          </w:p>
        </w:tc>
      </w:tr>
    </w:tbl>
    <w:p w14:paraId="15417D06" w14:textId="77777777" w:rsidR="00625CC9" w:rsidRDefault="00000000">
      <w:r>
        <w:t>Additional information / continuation notes:</w:t>
      </w:r>
    </w:p>
    <w:p w14:paraId="0C66074E" w14:textId="77777777" w:rsidR="00625CC9" w:rsidRDefault="00000000">
      <w:r>
        <w:t>________________________________________________________________________________</w:t>
      </w:r>
    </w:p>
    <w:p w14:paraId="4132F0AF" w14:textId="77777777" w:rsidR="00625CC9" w:rsidRDefault="00000000">
      <w:r>
        <w:t>________________________________________________________________________________</w:t>
      </w:r>
    </w:p>
    <w:p w14:paraId="5A485000" w14:textId="77777777" w:rsidR="00625CC9" w:rsidRDefault="00000000">
      <w:r>
        <w:t>________________________________________________________________________________</w:t>
      </w:r>
    </w:p>
    <w:p w14:paraId="2331F574" w14:textId="77777777" w:rsidR="00625CC9" w:rsidRDefault="00000000">
      <w:r>
        <w:t>________________________________________________________________________________</w:t>
      </w:r>
    </w:p>
    <w:p w14:paraId="4EA23ABB" w14:textId="77777777" w:rsidR="00625CC9" w:rsidRDefault="00000000">
      <w:r>
        <w:t>________________________________________________________________________________</w:t>
      </w:r>
    </w:p>
    <w:p w14:paraId="40B3FEBC" w14:textId="77777777" w:rsidR="00625CC9" w:rsidRDefault="00000000">
      <w:r>
        <w:t>________________________________________________________________________________</w:t>
      </w:r>
    </w:p>
    <w:p w14:paraId="5440543A" w14:textId="77777777" w:rsidR="00625CC9" w:rsidRDefault="00000000">
      <w:r>
        <w:t>Reporter signature: __________________________________    Date: __________________</w:t>
      </w:r>
    </w:p>
    <w:p w14:paraId="42EC1E6B" w14:textId="77777777" w:rsidR="00625CC9" w:rsidRDefault="00000000">
      <w:r>
        <w:t>Received by: _________________________________________    Date/time: ______________</w:t>
      </w:r>
    </w:p>
    <w:p w14:paraId="7757D78B" w14:textId="77777777" w:rsidR="00625CC9" w:rsidRDefault="00000000">
      <w:r>
        <w:t>This document is a reporting aid and should be used alongside Pro Sports Elite Ltd’s Safeguarding &amp; Child Protection Policy and current local safeguarding procedures.</w:t>
      </w:r>
    </w:p>
    <w:sectPr w:rsidR="00625CC9"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6113380">
    <w:abstractNumId w:val="8"/>
  </w:num>
  <w:num w:numId="2" w16cid:durableId="802427360">
    <w:abstractNumId w:val="6"/>
  </w:num>
  <w:num w:numId="3" w16cid:durableId="574172302">
    <w:abstractNumId w:val="5"/>
  </w:num>
  <w:num w:numId="4" w16cid:durableId="1051736375">
    <w:abstractNumId w:val="4"/>
  </w:num>
  <w:num w:numId="5" w16cid:durableId="499077748">
    <w:abstractNumId w:val="7"/>
  </w:num>
  <w:num w:numId="6" w16cid:durableId="1065834983">
    <w:abstractNumId w:val="3"/>
  </w:num>
  <w:num w:numId="7" w16cid:durableId="1134832243">
    <w:abstractNumId w:val="2"/>
  </w:num>
  <w:num w:numId="8" w16cid:durableId="324211885">
    <w:abstractNumId w:val="1"/>
  </w:num>
  <w:num w:numId="9" w16cid:durableId="212079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2A5C"/>
    <w:rsid w:val="0029639D"/>
    <w:rsid w:val="00326F90"/>
    <w:rsid w:val="00625CC9"/>
    <w:rsid w:val="009C3CB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E9D84B"/>
  <w14:defaultImageDpi w14:val="300"/>
  <w15:docId w15:val="{EAE50CCB-6357-7745-BCE2-D64FFA22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4598</Characters>
  <Application>Microsoft Office Word</Application>
  <DocSecurity>0</DocSecurity>
  <Lines>95</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Jaie Nuttall</cp:lastModifiedBy>
  <cp:revision>2</cp:revision>
  <dcterms:created xsi:type="dcterms:W3CDTF">2013-12-23T23:15:00Z</dcterms:created>
  <dcterms:modified xsi:type="dcterms:W3CDTF">2026-09-08T22:01:00Z</dcterms:modified>
  <cp:category/>
</cp:coreProperties>
</file>